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ש־ת־י/ה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פ־נ־י/ה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ק־נ־י/ה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ע־ל־י/ה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ב־נ־י/ה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ל״ה/י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האות החסרה.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ש־ת־___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ע־ל־___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„כִּבָּה” – השורש כ־ב־___.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„קָנְתָה” – השורש ק־נ־___.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„פִּנּוּ” – השורש פ־נ־___.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„הִשְׁקָה” – השורש ש־ק־___.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צִפּוּ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כִּבָּה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יִקְנוּ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„בָּנוּ”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האות החסרה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