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ל״ה/י · האות החסרה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לזהות איזו אות שורש חסרה או נחה – ואיפה.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חט״ב–תיכון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🔍 האות החסרה (ל״ה/י).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תזכורת: גָּבַהּ, תָּמַהּ (ה׳ במפיק) – שורשים שלמים.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י/ה · בסוף · ש־ת־י/ה · ל״ה/י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י/ה · בסוף · כ־ב־י/ה · ל״ה/י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י/ה · בסוף · ש־נ־י/ה · ל״ה/י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י/ה · בסוף · ר־א־י/ה · ל״ה/י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י/ה · בסוף · פ־נ־י/ה · ל״ה/י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י/ה · בסוף · ב־נ־י/ה · ל״ה/י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ר־א־י/ה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נ־ס־י/ה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צ־פ־י/ה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🔍 ל״ה/י · האות החסרה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בדף זה תתרגלו האות החסרה – גזרת ל״ה/י – ה׳ בסוף. עבדו לפי חמשת צעדי הבלש: „הוא אתמול”, בניין, השמטת מוספיות, ספירה, החלטה.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השלימו את האות החסרה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איזו אות חסרה (נ / י/ו / י/ה), איפה היא (בהתחלה / באמצע / בסוף), ואת הגזרה.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הפועל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השורש עם חור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ומקומה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הגזרה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שָׁתָה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ש־ת־___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כִּבָּה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כ־ב־___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הִשְׁתַּנָּה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ש־נ־___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רָאִינוּ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ר־א־___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פִּנּוּ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פ־נ־___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לִבְנוֹת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ב־נ־___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בחרו את האות החסרה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„עָלָה” – השורש ע־ל־___. איזו אות חסרה?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„יִקְנוּ” – השורש ק־נ־___. איזו אות חסרה?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„הִתְרַצָּה” – השורש ר־צ־___. איזו אות חסרה?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„צִפּוּ” – השורש צ־פ־___. איזו אות חסרה?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כתבו את השורש המלא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בשיעור הבא נתחיל לִבְנוֹת דגם של העיר.  ←  הפועל: לִבְנוֹת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בדרך הביתה רָאִינוּ קשת בשמיים.  ←  הפועל: רָאִינוּ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היא נִסְּתָה שוב ושוב עד שהצליחה.  ←  הפועל: נִסְּתָה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כולם צִפּוּ בקוצר רוח לחופשה.  ←  הפועל: צִפּוּ  ←  השורש: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האות שהתחבאה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3 משפטים משלכם עם פעלים שחסרה בהם אות שורש. סמנו את הפועל וכתבו את השורש.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פועל אחד מכל גזרה – אם אפשר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„שָׁתָה”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ל״ה/י · האות החסרה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