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חידון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לבדוק הבנה: שורשים, גזרות, בניינים וכללים.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🏆 חידון (ל״ה/י).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ר־א־י/ה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־וֹת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מסתיים ב־וֹת: לִקְנוֹת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ראו כרטיסי ההסבר בשיעור: בסוף מילה ה׳, באמצע מילה י׳. / „הוא אתמול” מסתיים ב־ָה; שם הפועל ב־וֹת.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ל״ה/י · חידון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חידון.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אמריקאיות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השורש של „קָנְתָה”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ק־נ־י/ה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ק־י/ו־נ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נ־ק־נ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השורש של „יִקְנוּ”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ק־נ־י/ה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ק־י/ו־נ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י/ו־ק־נ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השורש של „רָאִינוּ”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י/ו־ר־א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ר־א־י/ה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ר־י/ו־א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לאיזו גזרה שייך „בָּנוּ”?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לאיזו גזרה שייך „הִפְנָה”?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לאיזו גזרה שייך „צִפּוּ”?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איך מסתיים שם הפועל בגזרת ל״ה/י?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־וֹת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־ִים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־ָה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איזו אות מופיעה באמצע מילה (קָנ_תִי)?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ו׳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נכון או לא נכון? סמנו.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בגזרת ל״ה/י האות האחרונה בשורש היא ה׳ או י׳.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„הוא אתמול” של ל״ה/י מסתיים בצליל ָה.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שם הפועל של ל״ה/י מסתיים ב־וּת.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באמצע מילה מופיעה י׳: קָנִיתִי.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פתוחות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שני סימנים שעוזרים לזהות את גזרת ל״ה/י.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השאלה הכי קשה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איזו שאלה בחידון הייתה הכי קשה? הסבירו מה הטעה ואיך תזהו בפעם הבאה.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הכלל במילים שלכם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„לִבְנוֹת”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חידון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