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הה׳ במפיק נשמעת – שורש שלם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ראו כרטיסי ההסבר בשיעור: בסוף מילה ה׳, באמצע מילה י׳. / „הוא אתמול” מסתיים ב־ָה; שם הפועל ב־וֹת.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ל״ה/י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חידון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„רָאִינוּ”?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ר־י/ו־א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נ־ר־א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ר־א־י/ה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„הִשְׁתַּנָּה”?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נ־ש־נ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י/ו־ש־נ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ש־נ־י/ה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„הִפְנָה”?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פ־י/ו־נ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„פִּנּוּ”?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פ־נ־י/ה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„כִּבָּה”?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„נִסְּתָה”?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לאיזו גזרה שייך „בָּנוּ”?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באיזה בניין „הִשְׁקָה”?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הפעיל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באיזה בניין „בָּנוּ”?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פיעל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נפעל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בגָּבַהּ (מלשון גובה) השורש מגזרת ל״ה/י.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הִשְׁתַּנָּה הוא ש־נ־י/ה.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שני סימנים שעוזרים לזהות את גזרת ל״ה/י.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„כִּבָּה”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חידון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